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638DA" w14:textId="77777777" w:rsidR="00072FEE" w:rsidRDefault="00000000" w:rsidP="004F4C62">
      <w:pPr>
        <w:pStyle w:val="Nagwek1"/>
        <w:jc w:val="center"/>
      </w:pPr>
      <w:r>
        <w:t>Załącznik nr 1 – Karta zgłoszenia wniosku grantowego</w:t>
      </w:r>
    </w:p>
    <w:p w14:paraId="5A4FE619" w14:textId="77777777" w:rsidR="00072FEE" w:rsidRDefault="00000000">
      <w:pPr>
        <w:pStyle w:val="Nagwek2"/>
      </w:pPr>
      <w:r>
        <w:t>1. Dane koła naukowego</w:t>
      </w:r>
    </w:p>
    <w:p w14:paraId="102A03A3" w14:textId="77777777" w:rsidR="004F4C62" w:rsidRDefault="00000000">
      <w:r>
        <w:t>- Nazwa koła naukowego: ............................................................</w:t>
      </w:r>
    </w:p>
    <w:p w14:paraId="6DA2A6F1" w14:textId="304ACF02" w:rsidR="004F4C62" w:rsidRDefault="00000000">
      <w:r>
        <w:br/>
        <w:t xml:space="preserve">- </w:t>
      </w:r>
      <w:proofErr w:type="spellStart"/>
      <w:r>
        <w:t>Wydział</w:t>
      </w:r>
      <w:proofErr w:type="spellEnd"/>
      <w:r>
        <w:t xml:space="preserve">: </w:t>
      </w:r>
      <w:proofErr w:type="spellStart"/>
      <w:r>
        <w:t>Wydział</w:t>
      </w:r>
      <w:proofErr w:type="spellEnd"/>
      <w:r>
        <w:t xml:space="preserve"> </w:t>
      </w:r>
      <w:proofErr w:type="spellStart"/>
      <w:r>
        <w:t>Medyczny</w:t>
      </w:r>
      <w:proofErr w:type="spellEnd"/>
      <w:r>
        <w:t xml:space="preserve"> </w:t>
      </w:r>
      <w:proofErr w:type="spellStart"/>
      <w:r>
        <w:t>Politechniki</w:t>
      </w:r>
      <w:proofErr w:type="spellEnd"/>
      <w:r>
        <w:t xml:space="preserve"> </w:t>
      </w:r>
      <w:proofErr w:type="spellStart"/>
      <w:r>
        <w:t>Bydgoskiej</w:t>
      </w:r>
      <w:proofErr w:type="spellEnd"/>
      <w:r w:rsidR="00065D6E">
        <w:t xml:space="preserve"> </w:t>
      </w:r>
      <w:r w:rsidR="00065D6E" w:rsidRPr="00061771">
        <w:rPr>
          <w:rFonts w:ascii="Times New Roman" w:hAnsi="Times New Roman" w:cs="Times New Roman"/>
          <w:lang w:val="pl-PL"/>
        </w:rPr>
        <w:t>im. Jana i Jędrzeja Śniadeckich</w:t>
      </w:r>
    </w:p>
    <w:p w14:paraId="498EBD10" w14:textId="3F756B17" w:rsidR="004F4C62" w:rsidRDefault="00000000">
      <w:r>
        <w:br/>
        <w:t>- Opiekun naukowy: ............................................................</w:t>
      </w:r>
      <w:r w:rsidR="004F4C62">
        <w:t>........................................................................................</w:t>
      </w:r>
    </w:p>
    <w:p w14:paraId="5B48A1F2" w14:textId="77777777" w:rsidR="004F4C62" w:rsidRDefault="004F4C62"/>
    <w:p w14:paraId="463B444B" w14:textId="03F7FA43" w:rsidR="00072FEE" w:rsidRDefault="00000000">
      <w:r>
        <w:br/>
        <w:t xml:space="preserve">  (tytuł/stopień naukowy, jednostka, e-mail, telefon)</w:t>
      </w:r>
      <w:r>
        <w:br/>
      </w:r>
    </w:p>
    <w:p w14:paraId="6AB7CAB5" w14:textId="77777777" w:rsidR="00072FEE" w:rsidRDefault="00000000">
      <w:pPr>
        <w:pStyle w:val="Nagwek2"/>
      </w:pPr>
      <w:r>
        <w:t>2. Tytuł projektu</w:t>
      </w:r>
    </w:p>
    <w:p w14:paraId="27E87D50" w14:textId="77777777" w:rsidR="00072FEE" w:rsidRDefault="00000000">
      <w:r>
        <w:t>..........................................................................................</w:t>
      </w:r>
    </w:p>
    <w:p w14:paraId="1177FBB7" w14:textId="77777777" w:rsidR="004F4C62" w:rsidRDefault="004F4C62">
      <w:pPr>
        <w:pStyle w:val="Nagwek2"/>
      </w:pPr>
    </w:p>
    <w:p w14:paraId="1D1C2DB2" w14:textId="7EC9741A" w:rsidR="00072FEE" w:rsidRDefault="00000000">
      <w:pPr>
        <w:pStyle w:val="Nagwek2"/>
      </w:pPr>
      <w:r>
        <w:t>3. Streszczenie projektu (maks. 200 słów)</w:t>
      </w:r>
    </w:p>
    <w:p w14:paraId="5D11D204" w14:textId="5A05043C" w:rsidR="00072FEE" w:rsidRDefault="00000000">
      <w:r>
        <w:br/>
      </w:r>
    </w:p>
    <w:p w14:paraId="0FB2C0D1" w14:textId="1CB9A378" w:rsidR="00072FEE" w:rsidRDefault="00000000">
      <w:pPr>
        <w:pStyle w:val="Nagwek2"/>
      </w:pPr>
      <w:r>
        <w:t xml:space="preserve">4. </w:t>
      </w:r>
      <w:proofErr w:type="spellStart"/>
      <w:r>
        <w:t>Opis</w:t>
      </w:r>
      <w:proofErr w:type="spellEnd"/>
      <w:r>
        <w:t xml:space="preserve"> </w:t>
      </w:r>
      <w:proofErr w:type="spellStart"/>
      <w:r>
        <w:t>projektu</w:t>
      </w:r>
      <w:proofErr w:type="spellEnd"/>
      <w:r w:rsidR="004F4C62">
        <w:t xml:space="preserve"> (</w:t>
      </w:r>
      <w:proofErr w:type="spellStart"/>
      <w:r w:rsidR="004F4C62">
        <w:t>maks</w:t>
      </w:r>
      <w:proofErr w:type="spellEnd"/>
      <w:r w:rsidR="004F4C62">
        <w:t xml:space="preserve">. 200 </w:t>
      </w:r>
      <w:proofErr w:type="spellStart"/>
      <w:r w:rsidR="004F4C62">
        <w:t>słów</w:t>
      </w:r>
      <w:proofErr w:type="spellEnd"/>
      <w:r w:rsidR="004F4C62">
        <w:t>)</w:t>
      </w:r>
    </w:p>
    <w:p w14:paraId="579BD1D7" w14:textId="77777777" w:rsidR="00072FEE" w:rsidRDefault="00000000">
      <w:r>
        <w:t>Cel naukowy:</w:t>
      </w:r>
      <w:r>
        <w:br/>
        <w:t>..........................................................................................</w:t>
      </w:r>
      <w:r>
        <w:br/>
      </w:r>
      <w:r>
        <w:br/>
        <w:t>Metody badawcze:</w:t>
      </w:r>
      <w:r>
        <w:br/>
        <w:t>..........................................................................................</w:t>
      </w:r>
      <w:r>
        <w:br/>
      </w:r>
      <w:r>
        <w:br/>
        <w:t>Zakładane wyniki i znaczenie projektu:</w:t>
      </w:r>
      <w:r>
        <w:br/>
        <w:t>..........................................................................................</w:t>
      </w:r>
      <w:r>
        <w:br/>
      </w:r>
      <w:r>
        <w:br/>
        <w:t>Planowany okres realizacji projektu: od ................. do ..................</w:t>
      </w:r>
      <w:r>
        <w:br/>
      </w:r>
    </w:p>
    <w:p w14:paraId="3E970C0F" w14:textId="77777777" w:rsidR="004F4C62" w:rsidRDefault="004F4C62"/>
    <w:p w14:paraId="4B7635C4" w14:textId="77777777" w:rsidR="004F4C62" w:rsidRDefault="004F4C62"/>
    <w:p w14:paraId="50F94511" w14:textId="77777777" w:rsidR="004F4C62" w:rsidRDefault="004F4C62"/>
    <w:p w14:paraId="0FCDFCA0" w14:textId="77777777" w:rsidR="00072FEE" w:rsidRDefault="00000000">
      <w:pPr>
        <w:pStyle w:val="Nagwek2"/>
      </w:pPr>
      <w:r>
        <w:lastRenderedPageBreak/>
        <w:t>5. Skład zespołu projektowego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072FEE" w14:paraId="18F16CBA" w14:textId="77777777" w:rsidTr="004F4C62">
        <w:tc>
          <w:tcPr>
            <w:tcW w:w="2160" w:type="dxa"/>
          </w:tcPr>
          <w:p w14:paraId="6C613F98" w14:textId="77777777" w:rsidR="00072FEE" w:rsidRDefault="00000000" w:rsidP="004F4C62">
            <w:pPr>
              <w:jc w:val="center"/>
            </w:pPr>
            <w:r>
              <w:t>Imię i nazwisko</w:t>
            </w:r>
          </w:p>
        </w:tc>
        <w:tc>
          <w:tcPr>
            <w:tcW w:w="2160" w:type="dxa"/>
          </w:tcPr>
          <w:p w14:paraId="69D19045" w14:textId="77777777" w:rsidR="00072FEE" w:rsidRDefault="00000000" w:rsidP="004F4C62">
            <w:pPr>
              <w:jc w:val="center"/>
            </w:pPr>
            <w:r>
              <w:t>Kierunek studiów</w:t>
            </w:r>
          </w:p>
        </w:tc>
        <w:tc>
          <w:tcPr>
            <w:tcW w:w="2160" w:type="dxa"/>
          </w:tcPr>
          <w:p w14:paraId="27989031" w14:textId="77777777" w:rsidR="00072FEE" w:rsidRDefault="00000000" w:rsidP="004F4C62">
            <w:pPr>
              <w:jc w:val="center"/>
            </w:pPr>
            <w:r>
              <w:t>Rok studiów</w:t>
            </w:r>
          </w:p>
        </w:tc>
        <w:tc>
          <w:tcPr>
            <w:tcW w:w="2160" w:type="dxa"/>
          </w:tcPr>
          <w:p w14:paraId="22E07B93" w14:textId="77777777" w:rsidR="00072FEE" w:rsidRDefault="00000000" w:rsidP="004F4C62">
            <w:pPr>
              <w:jc w:val="center"/>
            </w:pPr>
            <w:r>
              <w:t>Funkcja w projekcie</w:t>
            </w:r>
          </w:p>
        </w:tc>
      </w:tr>
      <w:tr w:rsidR="00072FEE" w14:paraId="176FF0F7" w14:textId="77777777" w:rsidTr="004F4C62">
        <w:tc>
          <w:tcPr>
            <w:tcW w:w="2160" w:type="dxa"/>
          </w:tcPr>
          <w:p w14:paraId="00E4E980" w14:textId="77777777" w:rsidR="00072FEE" w:rsidRDefault="00072FEE"/>
        </w:tc>
        <w:tc>
          <w:tcPr>
            <w:tcW w:w="2160" w:type="dxa"/>
          </w:tcPr>
          <w:p w14:paraId="68DE8361" w14:textId="77777777" w:rsidR="00072FEE" w:rsidRDefault="00072FEE"/>
        </w:tc>
        <w:tc>
          <w:tcPr>
            <w:tcW w:w="2160" w:type="dxa"/>
          </w:tcPr>
          <w:p w14:paraId="3B62FCB4" w14:textId="77777777" w:rsidR="00072FEE" w:rsidRDefault="00072FEE"/>
        </w:tc>
        <w:tc>
          <w:tcPr>
            <w:tcW w:w="2160" w:type="dxa"/>
          </w:tcPr>
          <w:p w14:paraId="5F8549E0" w14:textId="77777777" w:rsidR="00072FEE" w:rsidRDefault="00072FEE"/>
        </w:tc>
      </w:tr>
      <w:tr w:rsidR="00072FEE" w14:paraId="54CC18CD" w14:textId="77777777" w:rsidTr="004F4C62">
        <w:tc>
          <w:tcPr>
            <w:tcW w:w="2160" w:type="dxa"/>
          </w:tcPr>
          <w:p w14:paraId="3C7BFE5C" w14:textId="77777777" w:rsidR="00072FEE" w:rsidRDefault="00072FEE"/>
        </w:tc>
        <w:tc>
          <w:tcPr>
            <w:tcW w:w="2160" w:type="dxa"/>
          </w:tcPr>
          <w:p w14:paraId="7BD9E5F6" w14:textId="77777777" w:rsidR="00072FEE" w:rsidRDefault="00072FEE"/>
        </w:tc>
        <w:tc>
          <w:tcPr>
            <w:tcW w:w="2160" w:type="dxa"/>
          </w:tcPr>
          <w:p w14:paraId="715806B3" w14:textId="77777777" w:rsidR="00072FEE" w:rsidRDefault="00072FEE"/>
        </w:tc>
        <w:tc>
          <w:tcPr>
            <w:tcW w:w="2160" w:type="dxa"/>
          </w:tcPr>
          <w:p w14:paraId="5905F670" w14:textId="77777777" w:rsidR="00072FEE" w:rsidRDefault="00072FEE"/>
        </w:tc>
      </w:tr>
      <w:tr w:rsidR="00072FEE" w14:paraId="72CA43AB" w14:textId="77777777" w:rsidTr="004F4C62">
        <w:tc>
          <w:tcPr>
            <w:tcW w:w="2160" w:type="dxa"/>
          </w:tcPr>
          <w:p w14:paraId="34E062D0" w14:textId="77777777" w:rsidR="00072FEE" w:rsidRDefault="00072FEE"/>
        </w:tc>
        <w:tc>
          <w:tcPr>
            <w:tcW w:w="2160" w:type="dxa"/>
          </w:tcPr>
          <w:p w14:paraId="1F3BA672" w14:textId="77777777" w:rsidR="00072FEE" w:rsidRDefault="00072FEE"/>
        </w:tc>
        <w:tc>
          <w:tcPr>
            <w:tcW w:w="2160" w:type="dxa"/>
          </w:tcPr>
          <w:p w14:paraId="4E6D37EF" w14:textId="77777777" w:rsidR="00072FEE" w:rsidRDefault="00072FEE"/>
        </w:tc>
        <w:tc>
          <w:tcPr>
            <w:tcW w:w="2160" w:type="dxa"/>
          </w:tcPr>
          <w:p w14:paraId="4F07A177" w14:textId="77777777" w:rsidR="00072FEE" w:rsidRDefault="00072FEE"/>
        </w:tc>
      </w:tr>
    </w:tbl>
    <w:p w14:paraId="5492F779" w14:textId="77777777" w:rsidR="00072FEE" w:rsidRDefault="00000000">
      <w:pPr>
        <w:pStyle w:val="Nagwek2"/>
      </w:pPr>
      <w:r>
        <w:t>6. Budżet projektu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  <w:gridCol w:w="3996"/>
      </w:tblGrid>
      <w:tr w:rsidR="00072FEE" w14:paraId="3A409D67" w14:textId="77777777" w:rsidTr="004F4C62">
        <w:tc>
          <w:tcPr>
            <w:tcW w:w="2660" w:type="dxa"/>
          </w:tcPr>
          <w:p w14:paraId="252CBCA4" w14:textId="77777777" w:rsidR="00072FEE" w:rsidRDefault="00000000">
            <w:proofErr w:type="spellStart"/>
            <w:r>
              <w:t>Kategoria</w:t>
            </w:r>
            <w:proofErr w:type="spellEnd"/>
            <w:r>
              <w:t xml:space="preserve"> </w:t>
            </w:r>
            <w:proofErr w:type="spellStart"/>
            <w:r>
              <w:t>wydatku</w:t>
            </w:r>
            <w:proofErr w:type="spellEnd"/>
          </w:p>
        </w:tc>
        <w:tc>
          <w:tcPr>
            <w:tcW w:w="1984" w:type="dxa"/>
          </w:tcPr>
          <w:p w14:paraId="404DB7B2" w14:textId="77777777" w:rsidR="00072FEE" w:rsidRDefault="00000000" w:rsidP="004F4C62">
            <w:pPr>
              <w:jc w:val="center"/>
            </w:pPr>
            <w:r>
              <w:t>Kwota (PLN)</w:t>
            </w:r>
          </w:p>
        </w:tc>
        <w:tc>
          <w:tcPr>
            <w:tcW w:w="3996" w:type="dxa"/>
          </w:tcPr>
          <w:p w14:paraId="008CF286" w14:textId="77777777" w:rsidR="00072FEE" w:rsidRDefault="00000000" w:rsidP="004F4C62">
            <w:pPr>
              <w:jc w:val="center"/>
            </w:pPr>
            <w:r>
              <w:t>Uzasadnienie</w:t>
            </w:r>
          </w:p>
        </w:tc>
      </w:tr>
      <w:tr w:rsidR="00072FEE" w14:paraId="0BE0196B" w14:textId="77777777" w:rsidTr="004F4C62">
        <w:tc>
          <w:tcPr>
            <w:tcW w:w="2660" w:type="dxa"/>
          </w:tcPr>
          <w:p w14:paraId="5BE33E07" w14:textId="77777777" w:rsidR="00072FEE" w:rsidRDefault="00000000">
            <w:proofErr w:type="spellStart"/>
            <w:r>
              <w:t>Materiały</w:t>
            </w:r>
            <w:proofErr w:type="spellEnd"/>
            <w:r>
              <w:t xml:space="preserve"> i </w:t>
            </w:r>
            <w:proofErr w:type="spellStart"/>
            <w:r>
              <w:t>odczynniki</w:t>
            </w:r>
            <w:proofErr w:type="spellEnd"/>
          </w:p>
        </w:tc>
        <w:tc>
          <w:tcPr>
            <w:tcW w:w="1984" w:type="dxa"/>
          </w:tcPr>
          <w:p w14:paraId="37CF6E08" w14:textId="77777777" w:rsidR="00072FEE" w:rsidRDefault="00072FEE"/>
        </w:tc>
        <w:tc>
          <w:tcPr>
            <w:tcW w:w="3996" w:type="dxa"/>
          </w:tcPr>
          <w:p w14:paraId="2BBCFA6E" w14:textId="77777777" w:rsidR="00072FEE" w:rsidRDefault="00072FEE"/>
        </w:tc>
      </w:tr>
      <w:tr w:rsidR="00072FEE" w14:paraId="21D6C137" w14:textId="77777777" w:rsidTr="004F4C62">
        <w:tc>
          <w:tcPr>
            <w:tcW w:w="2660" w:type="dxa"/>
          </w:tcPr>
          <w:p w14:paraId="2F3BCDFA" w14:textId="77777777" w:rsidR="00072FEE" w:rsidRDefault="00000000">
            <w:r>
              <w:t>Opłaty konferencyjne</w:t>
            </w:r>
          </w:p>
        </w:tc>
        <w:tc>
          <w:tcPr>
            <w:tcW w:w="1984" w:type="dxa"/>
          </w:tcPr>
          <w:p w14:paraId="2459BAD3" w14:textId="77777777" w:rsidR="00072FEE" w:rsidRDefault="00072FEE"/>
        </w:tc>
        <w:tc>
          <w:tcPr>
            <w:tcW w:w="3996" w:type="dxa"/>
          </w:tcPr>
          <w:p w14:paraId="216103AD" w14:textId="77777777" w:rsidR="00072FEE" w:rsidRDefault="00072FEE"/>
        </w:tc>
      </w:tr>
      <w:tr w:rsidR="00072FEE" w14:paraId="6B316B2A" w14:textId="77777777" w:rsidTr="004F4C62">
        <w:tc>
          <w:tcPr>
            <w:tcW w:w="2660" w:type="dxa"/>
          </w:tcPr>
          <w:p w14:paraId="46BF2BC1" w14:textId="77777777" w:rsidR="00072FEE" w:rsidRDefault="00000000">
            <w:r>
              <w:t>Wyjazdy naukowe</w:t>
            </w:r>
          </w:p>
        </w:tc>
        <w:tc>
          <w:tcPr>
            <w:tcW w:w="1984" w:type="dxa"/>
          </w:tcPr>
          <w:p w14:paraId="2EFE5D9C" w14:textId="77777777" w:rsidR="00072FEE" w:rsidRDefault="00072FEE"/>
        </w:tc>
        <w:tc>
          <w:tcPr>
            <w:tcW w:w="3996" w:type="dxa"/>
          </w:tcPr>
          <w:p w14:paraId="6F5A02FC" w14:textId="77777777" w:rsidR="00072FEE" w:rsidRDefault="00072FEE"/>
        </w:tc>
      </w:tr>
      <w:tr w:rsidR="00072FEE" w14:paraId="2B164F08" w14:textId="77777777" w:rsidTr="004F4C62">
        <w:tc>
          <w:tcPr>
            <w:tcW w:w="2660" w:type="dxa"/>
          </w:tcPr>
          <w:p w14:paraId="61E92091" w14:textId="77777777" w:rsidR="00072FEE" w:rsidRDefault="00000000">
            <w:r>
              <w:t>Oprogramowanie / usługi</w:t>
            </w:r>
          </w:p>
        </w:tc>
        <w:tc>
          <w:tcPr>
            <w:tcW w:w="1984" w:type="dxa"/>
          </w:tcPr>
          <w:p w14:paraId="479353AF" w14:textId="77777777" w:rsidR="00072FEE" w:rsidRDefault="00072FEE"/>
        </w:tc>
        <w:tc>
          <w:tcPr>
            <w:tcW w:w="3996" w:type="dxa"/>
          </w:tcPr>
          <w:p w14:paraId="79FE47D2" w14:textId="77777777" w:rsidR="00072FEE" w:rsidRDefault="00072FEE"/>
        </w:tc>
      </w:tr>
      <w:tr w:rsidR="00072FEE" w14:paraId="4176F998" w14:textId="77777777" w:rsidTr="004F4C62">
        <w:tc>
          <w:tcPr>
            <w:tcW w:w="2660" w:type="dxa"/>
          </w:tcPr>
          <w:p w14:paraId="11E2B69B" w14:textId="77777777" w:rsidR="00072FEE" w:rsidRDefault="00000000">
            <w:proofErr w:type="spellStart"/>
            <w:r>
              <w:t>Razem</w:t>
            </w:r>
            <w:proofErr w:type="spellEnd"/>
            <w:r>
              <w:t xml:space="preserve"> (≤ 5 000 zł)</w:t>
            </w:r>
          </w:p>
        </w:tc>
        <w:tc>
          <w:tcPr>
            <w:tcW w:w="1984" w:type="dxa"/>
          </w:tcPr>
          <w:p w14:paraId="418423D6" w14:textId="77777777" w:rsidR="00072FEE" w:rsidRDefault="00072FEE"/>
        </w:tc>
        <w:tc>
          <w:tcPr>
            <w:tcW w:w="3996" w:type="dxa"/>
          </w:tcPr>
          <w:p w14:paraId="055FA62F" w14:textId="77777777" w:rsidR="00072FEE" w:rsidRDefault="00072FEE"/>
        </w:tc>
      </w:tr>
    </w:tbl>
    <w:p w14:paraId="0C520F9E" w14:textId="77777777" w:rsidR="00072FEE" w:rsidRDefault="00000000">
      <w:pPr>
        <w:pStyle w:val="Nagwek2"/>
      </w:pPr>
      <w:r>
        <w:t>7. Oświadczenia i podpisy</w:t>
      </w:r>
    </w:p>
    <w:p w14:paraId="7C320AEF" w14:textId="77777777" w:rsidR="004F4C62" w:rsidRDefault="00000000">
      <w:r>
        <w:t>Oświadczamy, że wszystkie dane zawarte we wniosku są zgodne z prawdą, a projekt zostanie zrealizowany zgodnie z zasadami etyki badań naukowych oraz regulaminem konkursu na granty naukowe Wydziału Medycznego PBŚ.</w:t>
      </w:r>
      <w:r>
        <w:br/>
      </w:r>
      <w:r>
        <w:br/>
      </w:r>
    </w:p>
    <w:p w14:paraId="24D20CD9" w14:textId="77777777" w:rsidR="004F4C62" w:rsidRDefault="00000000">
      <w:proofErr w:type="spellStart"/>
      <w:r>
        <w:t>Opiekun</w:t>
      </w:r>
      <w:proofErr w:type="spellEnd"/>
      <w:r>
        <w:t xml:space="preserve"> naukowy:</w:t>
      </w:r>
      <w:r>
        <w:br/>
        <w:t>..............................................................</w:t>
      </w:r>
      <w:r>
        <w:br/>
        <w:t>(data, podpis)</w:t>
      </w:r>
      <w:r>
        <w:br/>
      </w:r>
      <w:r>
        <w:br/>
      </w:r>
    </w:p>
    <w:p w14:paraId="227D76C7" w14:textId="77777777" w:rsidR="004F4C62" w:rsidRDefault="00000000">
      <w:proofErr w:type="spellStart"/>
      <w:r>
        <w:t>Członkowie</w:t>
      </w:r>
      <w:proofErr w:type="spellEnd"/>
      <w:r>
        <w:t xml:space="preserve"> zespołu projektowego:</w:t>
      </w:r>
      <w:r>
        <w:br/>
      </w:r>
    </w:p>
    <w:p w14:paraId="08422B02" w14:textId="77777777" w:rsidR="004F4C62" w:rsidRDefault="00000000">
      <w:r>
        <w:t>..............................................................</w:t>
      </w:r>
      <w:r>
        <w:br/>
      </w:r>
    </w:p>
    <w:p w14:paraId="493DEB84" w14:textId="77777777" w:rsidR="004F4C62" w:rsidRDefault="00000000">
      <w:r>
        <w:t>..............................................................</w:t>
      </w:r>
      <w:r>
        <w:br/>
      </w:r>
    </w:p>
    <w:p w14:paraId="432DDA3E" w14:textId="52D2DF32" w:rsidR="00072FEE" w:rsidRDefault="00000000">
      <w:r>
        <w:t>..............................................................</w:t>
      </w:r>
      <w:r>
        <w:br/>
      </w:r>
    </w:p>
    <w:sectPr w:rsidR="00072FEE" w:rsidSect="004F4C62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5704210">
    <w:abstractNumId w:val="8"/>
  </w:num>
  <w:num w:numId="2" w16cid:durableId="99106697">
    <w:abstractNumId w:val="6"/>
  </w:num>
  <w:num w:numId="3" w16cid:durableId="302780817">
    <w:abstractNumId w:val="5"/>
  </w:num>
  <w:num w:numId="4" w16cid:durableId="475800983">
    <w:abstractNumId w:val="4"/>
  </w:num>
  <w:num w:numId="5" w16cid:durableId="1354454243">
    <w:abstractNumId w:val="7"/>
  </w:num>
  <w:num w:numId="6" w16cid:durableId="258029763">
    <w:abstractNumId w:val="3"/>
  </w:num>
  <w:num w:numId="7" w16cid:durableId="583612141">
    <w:abstractNumId w:val="2"/>
  </w:num>
  <w:num w:numId="8" w16cid:durableId="2089569144">
    <w:abstractNumId w:val="1"/>
  </w:num>
  <w:num w:numId="9" w16cid:durableId="1294554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D6E"/>
    <w:rsid w:val="00072FEE"/>
    <w:rsid w:val="0015074B"/>
    <w:rsid w:val="0029639D"/>
    <w:rsid w:val="00326F90"/>
    <w:rsid w:val="00392C3E"/>
    <w:rsid w:val="004F4C62"/>
    <w:rsid w:val="008B57DC"/>
    <w:rsid w:val="00A9070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64EB04"/>
  <w14:defaultImageDpi w14:val="300"/>
  <w15:docId w15:val="{B50572F7-189E-428C-AC31-5F2524D01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Zwykatabela1">
    <w:name w:val="Plain Table 1"/>
    <w:basedOn w:val="Standardowy"/>
    <w:uiPriority w:val="99"/>
    <w:rsid w:val="004F4C6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1683</Characters>
  <Application>Microsoft Office Word</Application>
  <DocSecurity>0</DocSecurity>
  <Lines>34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Radosław Litwinowicz</cp:lastModifiedBy>
  <cp:revision>3</cp:revision>
  <dcterms:created xsi:type="dcterms:W3CDTF">2025-10-13T20:11:00Z</dcterms:created>
  <dcterms:modified xsi:type="dcterms:W3CDTF">2025-10-30T18:14:00Z</dcterms:modified>
  <cp:category/>
</cp:coreProperties>
</file>